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374B"/>
          <w:sz w:val="34"/>
        </w:rPr>
        <w:t>FOAIE DE PARCURS</w:t>
      </w:r>
    </w:p>
    <w:p>
      <w:pPr>
        <w:spacing w:after="300"/>
        <w:jc w:val="center"/>
      </w:pPr>
      <w:r>
        <w:t>Model simplificat pentru evidența deplasărilor</w:t>
      </w:r>
    </w:p>
    <w:p>
      <w:pPr>
        <w:spacing w:after="140"/>
      </w:pPr>
      <w:r>
        <w:t>Societatea: ..........................................................................................   Perioada: .................................</w:t>
      </w:r>
    </w:p>
    <w:p>
      <w:pPr>
        <w:spacing w:after="140"/>
      </w:pPr>
      <w:r>
        <w:t>Autovehicul (marcă și nr. înmatriculare): .....................................................................................................</w:t>
      </w:r>
    </w:p>
    <w:p>
      <w:pPr>
        <w:spacing w:after="140"/>
      </w:pPr>
      <w:r>
        <w:t>Categoria vehiculului: ....................................................   Conducător auto: ................................................</w:t>
      </w:r>
    </w:p>
    <w:p>
      <w:pPr>
        <w:spacing w:after="140"/>
      </w:pPr>
      <w:r>
        <w:t>Norma proprie de consum: ........................ litri / 100 km   (echivalent ................ litri/km)</w:t>
      </w:r>
    </w:p>
    <w:p>
      <w:pPr>
        <w:spacing w:before="200" w:after="140"/>
      </w:pPr>
      <w:r>
        <w:rPr>
          <w:b/>
        </w:rPr>
        <w:t>EVIDENȚA DEPLASĂRILOR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c>
          <w:tcPr>
            <w:tcW w:type="dxa" w:w="1020"/>
          </w:tcPr>
          <w:p>
            <w:r>
              <w:rPr>
                <w:b/>
                <w:sz w:val="16"/>
              </w:rPr>
              <w:t>Data</w:t>
            </w:r>
          </w:p>
        </w:tc>
        <w:tc>
          <w:tcPr>
            <w:tcW w:type="dxa" w:w="2324"/>
          </w:tcPr>
          <w:p>
            <w:r>
              <w:rPr>
                <w:b/>
                <w:sz w:val="16"/>
              </w:rPr>
              <w:t>Traseu / locul deplasării</w:t>
            </w:r>
          </w:p>
        </w:tc>
        <w:tc>
          <w:tcPr>
            <w:tcW w:type="dxa" w:w="2438"/>
          </w:tcPr>
          <w:p>
            <w:r>
              <w:rPr>
                <w:b/>
                <w:sz w:val="16"/>
              </w:rPr>
              <w:t>Scopul deplasării</w:t>
            </w:r>
          </w:p>
        </w:tc>
        <w:tc>
          <w:tcPr>
            <w:tcW w:type="dxa" w:w="1247"/>
          </w:tcPr>
          <w:p>
            <w:r>
              <w:rPr>
                <w:b/>
                <w:sz w:val="16"/>
              </w:rPr>
              <w:t>Km plecare</w:t>
            </w:r>
          </w:p>
        </w:tc>
        <w:tc>
          <w:tcPr>
            <w:tcW w:type="dxa" w:w="1247"/>
          </w:tcPr>
          <w:p>
            <w:r>
              <w:rPr>
                <w:b/>
                <w:sz w:val="16"/>
              </w:rPr>
              <w:t>Km sosire</w:t>
            </w:r>
          </w:p>
        </w:tc>
        <w:tc>
          <w:tcPr>
            <w:tcW w:type="dxa" w:w="1247"/>
          </w:tcPr>
          <w:p>
            <w:r>
              <w:rPr>
                <w:b/>
                <w:sz w:val="16"/>
              </w:rPr>
              <w:t>Km parcurși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324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2438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  <w:tc>
          <w:tcPr>
            <w:tcW w:type="dxa" w:w="1247"/>
            <w:vAlign w:val="center"/>
          </w:tcPr>
          <w:p>
            <w:pPr>
              <w:spacing w:after="260"/>
            </w:pPr>
            <w:r>
              <w:t xml:space="preserve"> </w:t>
            </w:r>
          </w:p>
        </w:tc>
      </w:tr>
    </w:tbl>
    <w:p>
      <w:pPr>
        <w:spacing w:before="180"/>
      </w:pPr>
      <w:r>
        <w:rPr>
          <w:b/>
        </w:rPr>
        <w:t>Total kilometri parcurși: ........................ km</w:t>
      </w:r>
    </w:p>
    <w:p>
      <w:pPr>
        <w:spacing w:after="200"/>
      </w:pPr>
      <w:r>
        <w:t>Consum normat: ................. litri (km parcurși × norma proprie în litri/km)</w:t>
      </w:r>
    </w:p>
    <w:p>
      <w:pPr>
        <w:spacing w:after="140"/>
      </w:pPr>
      <w:r>
        <w:t>Întocmit de: .....................................             Verificat de: .....................................</w:t>
      </w:r>
    </w:p>
    <w:p>
      <w:r>
        <w:t>Semnătura: .......................................             Semnătura: ......................................</w:t>
      </w:r>
    </w:p>
    <w:p>
      <w:pPr>
        <w:spacing w:before="260"/>
      </w:pPr>
      <w:r>
        <w:rPr>
          <w:color w:val="646E78"/>
          <w:sz w:val="16"/>
        </w:rPr>
        <w:t>Rubrici minime: categoria vehiculului, scopul și locul deplasării, kilometrii parcurși, norma proprie de consum.</w:t>
      </w:r>
    </w:p>
    <w:sectPr w:rsidR="00FC693F" w:rsidRPr="0006063C" w:rsidSect="00034616">
      <w:pgSz w:w="12240" w:h="15840"/>
      <w:pgMar w:top="964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